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79A1C" w14:textId="77777777" w:rsidR="00831F03" w:rsidRPr="00620E50" w:rsidRDefault="00514560">
      <w:pPr>
        <w:spacing w:after="40"/>
        <w:jc w:val="center"/>
        <w:rPr>
          <w:color w:val="000000" w:themeColor="text1"/>
          <w:lang w:val="it-IT"/>
        </w:rPr>
      </w:pPr>
      <w:r w:rsidRPr="00620E50">
        <w:rPr>
          <w:rFonts w:ascii="Arial" w:hAnsi="Arial"/>
          <w:b/>
          <w:color w:val="000000" w:themeColor="text1"/>
          <w:sz w:val="26"/>
          <w:lang w:val="it-IT"/>
        </w:rPr>
        <w:t>POLO LICEALE “M. GUERRISI - V. GERACE”</w:t>
      </w:r>
    </w:p>
    <w:p w14:paraId="0E4008A7" w14:textId="77777777" w:rsidR="00831F03" w:rsidRPr="00620E50" w:rsidRDefault="00514560">
      <w:pPr>
        <w:jc w:val="center"/>
        <w:rPr>
          <w:rFonts w:ascii="Arial" w:hAnsi="Arial"/>
          <w:b/>
          <w:color w:val="000000" w:themeColor="text1"/>
          <w:lang w:val="it-IT"/>
        </w:rPr>
      </w:pPr>
      <w:r w:rsidRPr="00620E50">
        <w:rPr>
          <w:rFonts w:ascii="Arial" w:hAnsi="Arial"/>
          <w:b/>
          <w:color w:val="000000" w:themeColor="text1"/>
          <w:lang w:val="it-IT"/>
        </w:rPr>
        <w:t>MODULO DI ADESIONE AI NUOVI “GIOCHI DELLA GIOVENTÙ”</w:t>
      </w:r>
    </w:p>
    <w:p w14:paraId="0FBFDA58" w14:textId="143A7F72" w:rsidR="00211F38" w:rsidRPr="00620E50" w:rsidRDefault="00211F38">
      <w:pPr>
        <w:jc w:val="center"/>
        <w:rPr>
          <w:i/>
          <w:iCs/>
          <w:color w:val="000000" w:themeColor="text1"/>
          <w:u w:val="single"/>
          <w:lang w:val="it-IT"/>
        </w:rPr>
      </w:pPr>
      <w:r w:rsidRPr="00620E50">
        <w:rPr>
          <w:rFonts w:ascii="Arial" w:hAnsi="Arial"/>
          <w:b/>
          <w:i/>
          <w:iCs/>
          <w:color w:val="000000" w:themeColor="text1"/>
          <w:u w:val="single"/>
          <w:lang w:val="it-IT"/>
        </w:rPr>
        <w:t>DA CONSEGNARE ALLA PROF.SSA PENSABENE ELEONORA ENTRO IL 7 NOVEMBRE 2026</w:t>
      </w:r>
    </w:p>
    <w:p w14:paraId="0EF4011B" w14:textId="77777777" w:rsidR="00B26BF2" w:rsidRPr="00620E50" w:rsidRDefault="00B26BF2">
      <w:pPr>
        <w:spacing w:after="80"/>
        <w:rPr>
          <w:rFonts w:ascii="Arial" w:hAnsi="Arial"/>
          <w:i/>
          <w:color w:val="000000" w:themeColor="text1"/>
          <w:sz w:val="19"/>
          <w:lang w:val="it-IT"/>
        </w:rPr>
      </w:pPr>
    </w:p>
    <w:p w14:paraId="02E9D094" w14:textId="78B33B39" w:rsidR="00831F03" w:rsidRPr="00620E50" w:rsidRDefault="00514560">
      <w:pPr>
        <w:spacing w:after="80"/>
        <w:rPr>
          <w:color w:val="000000" w:themeColor="text1"/>
          <w:lang w:val="it-IT"/>
        </w:rPr>
      </w:pPr>
      <w:r w:rsidRPr="00620E50">
        <w:rPr>
          <w:rFonts w:ascii="Arial" w:hAnsi="Arial"/>
          <w:b/>
          <w:color w:val="000000" w:themeColor="text1"/>
          <w:sz w:val="20"/>
          <w:lang w:val="it-IT"/>
        </w:rPr>
        <w:t>1. DATI DELLO STUDENTE / DELL'ALUNNO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92"/>
        <w:gridCol w:w="5184"/>
      </w:tblGrid>
      <w:tr w:rsidR="00831F03" w:rsidRPr="00620E50" w14:paraId="25885CDF" w14:textId="77777777">
        <w:trPr>
          <w:jc w:val="center"/>
        </w:trPr>
        <w:tc>
          <w:tcPr>
            <w:tcW w:w="61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F37057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proofErr w:type="spellStart"/>
            <w:r w:rsidRPr="00620E50">
              <w:rPr>
                <w:rFonts w:ascii="Arial" w:hAnsi="Arial"/>
                <w:color w:val="000000" w:themeColor="text1"/>
                <w:sz w:val="18"/>
              </w:rPr>
              <w:t>Cognome</w:t>
            </w:r>
            <w:proofErr w:type="spellEnd"/>
            <w:r w:rsidRPr="00620E50">
              <w:rPr>
                <w:rFonts w:ascii="Arial" w:hAnsi="Arial"/>
                <w:color w:val="000000" w:themeColor="text1"/>
                <w:sz w:val="18"/>
              </w:rPr>
              <w:t xml:space="preserve"> e Nome: ___________________________________</w:t>
            </w:r>
          </w:p>
        </w:tc>
        <w:tc>
          <w:tcPr>
            <w:tcW w:w="36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29AAC0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8"/>
              </w:rPr>
              <w:t>Classe e Sez.: _________</w:t>
            </w:r>
          </w:p>
        </w:tc>
      </w:tr>
      <w:tr w:rsidR="00831F03" w:rsidRPr="00620E50" w14:paraId="51C25EED" w14:textId="77777777">
        <w:trPr>
          <w:jc w:val="center"/>
        </w:trPr>
        <w:tc>
          <w:tcPr>
            <w:tcW w:w="4608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5F97AC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8"/>
              </w:rPr>
              <w:t>Data di Nascita: ____/____/_______</w:t>
            </w:r>
          </w:p>
        </w:tc>
        <w:tc>
          <w:tcPr>
            <w:tcW w:w="5184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4A9853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8"/>
              </w:rPr>
              <w:t>Luogo di Nascita: ________________________</w:t>
            </w:r>
          </w:p>
        </w:tc>
      </w:tr>
      <w:tr w:rsidR="00831F03" w:rsidRPr="00620E50" w14:paraId="695F96AA" w14:textId="77777777">
        <w:trPr>
          <w:jc w:val="center"/>
        </w:trPr>
        <w:tc>
          <w:tcPr>
            <w:tcW w:w="6192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07B79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8"/>
              </w:rPr>
              <w:t>Codice Fiscale: _____________________________________</w:t>
            </w:r>
          </w:p>
        </w:tc>
        <w:tc>
          <w:tcPr>
            <w:tcW w:w="360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4D8E78" w14:textId="41DB24FA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8"/>
              </w:rPr>
              <w:t xml:space="preserve">Plesso:  </w:t>
            </w:r>
          </w:p>
        </w:tc>
      </w:tr>
    </w:tbl>
    <w:p w14:paraId="1323E861" w14:textId="77777777" w:rsidR="00831F03" w:rsidRPr="00620E50" w:rsidRDefault="00831F03">
      <w:pPr>
        <w:spacing w:after="160"/>
        <w:rPr>
          <w:color w:val="000000" w:themeColor="text1"/>
        </w:rPr>
      </w:pPr>
    </w:p>
    <w:p w14:paraId="639684F0" w14:textId="77777777" w:rsidR="00831F03" w:rsidRPr="00620E50" w:rsidRDefault="00514560">
      <w:pPr>
        <w:spacing w:after="80"/>
        <w:rPr>
          <w:color w:val="000000" w:themeColor="text1"/>
        </w:rPr>
      </w:pPr>
      <w:r w:rsidRPr="00620E50">
        <w:rPr>
          <w:rFonts w:ascii="Arial" w:hAnsi="Arial"/>
          <w:b/>
          <w:color w:val="000000" w:themeColor="text1"/>
          <w:sz w:val="20"/>
        </w:rPr>
        <w:t>2. SELEZIONE DISCIPLINA SPORTIVA</w:t>
      </w:r>
    </w:p>
    <w:p w14:paraId="2076D1C4" w14:textId="77777777" w:rsidR="00831F03" w:rsidRPr="00620E50" w:rsidRDefault="00514560">
      <w:pPr>
        <w:spacing w:after="80"/>
        <w:rPr>
          <w:color w:val="000000" w:themeColor="text1"/>
          <w:lang w:val="it-IT"/>
        </w:rPr>
      </w:pPr>
      <w:r w:rsidRPr="00620E50">
        <w:rPr>
          <w:rFonts w:ascii="Arial" w:hAnsi="Arial"/>
          <w:color w:val="000000" w:themeColor="text1"/>
          <w:sz w:val="18"/>
          <w:lang w:val="it-IT"/>
        </w:rPr>
        <w:t>Selezionare la disciplina/specialità a cui si intende partecipare: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831F03" w:rsidRPr="00620E50" w14:paraId="2BDECF35" w14:textId="77777777">
        <w:trPr>
          <w:jc w:val="center"/>
        </w:trPr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95A193C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proofErr w:type="gramStart"/>
            <w:r w:rsidRPr="00620E50">
              <w:rPr>
                <w:rFonts w:ascii="Arial" w:hAnsi="Arial"/>
                <w:color w:val="000000" w:themeColor="text1"/>
                <w:sz w:val="17"/>
              </w:rPr>
              <w:t>[  ]</w:t>
            </w:r>
            <w:proofErr w:type="gramEnd"/>
            <w:r w:rsidRPr="00620E50">
              <w:rPr>
                <w:rFonts w:ascii="Arial" w:hAnsi="Arial"/>
                <w:color w:val="000000" w:themeColor="text1"/>
                <w:sz w:val="17"/>
              </w:rPr>
              <w:t xml:space="preserve"> </w:t>
            </w:r>
            <w:proofErr w:type="spellStart"/>
            <w:r w:rsidRPr="00620E50">
              <w:rPr>
                <w:rFonts w:ascii="Arial" w:hAnsi="Arial"/>
                <w:color w:val="000000" w:themeColor="text1"/>
                <w:sz w:val="17"/>
              </w:rPr>
              <w:t>Atletica</w:t>
            </w:r>
            <w:proofErr w:type="spellEnd"/>
            <w:r w:rsidRPr="00620E50">
              <w:rPr>
                <w:rFonts w:ascii="Arial" w:hAnsi="Arial"/>
                <w:color w:val="000000" w:themeColor="text1"/>
                <w:sz w:val="17"/>
              </w:rPr>
              <w:t xml:space="preserve"> </w:t>
            </w:r>
            <w:proofErr w:type="spellStart"/>
            <w:r w:rsidRPr="00620E50">
              <w:rPr>
                <w:rFonts w:ascii="Arial" w:hAnsi="Arial"/>
                <w:color w:val="000000" w:themeColor="text1"/>
                <w:sz w:val="17"/>
              </w:rPr>
              <w:t>Leggera</w:t>
            </w:r>
            <w:proofErr w:type="spellEnd"/>
            <w:r w:rsidRPr="00620E50">
              <w:rPr>
                <w:rFonts w:ascii="Arial" w:hAnsi="Arial"/>
                <w:color w:val="000000" w:themeColor="text1"/>
                <w:sz w:val="17"/>
              </w:rPr>
              <w:t xml:space="preserve"> - Corsa Campestre</w:t>
            </w:r>
          </w:p>
        </w:tc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86BBC8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Atletica Leggera - Su pista</w:t>
            </w:r>
          </w:p>
        </w:tc>
      </w:tr>
      <w:tr w:rsidR="00831F03" w:rsidRPr="00620E50" w14:paraId="03EC9031" w14:textId="77777777">
        <w:trPr>
          <w:jc w:val="center"/>
        </w:trPr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BFFF25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Badminton e Parabadminton</w:t>
            </w:r>
          </w:p>
        </w:tc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ABEE94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Biliardo Sportivo</w:t>
            </w:r>
          </w:p>
        </w:tc>
      </w:tr>
      <w:tr w:rsidR="00831F03" w:rsidRPr="00620E50" w14:paraId="289B79EA" w14:textId="77777777">
        <w:trPr>
          <w:jc w:val="center"/>
        </w:trPr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6454E9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Calcio a 11</w:t>
            </w:r>
          </w:p>
        </w:tc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1A2F76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Calcio a 5</w:t>
            </w:r>
          </w:p>
        </w:tc>
      </w:tr>
      <w:tr w:rsidR="00831F03" w:rsidRPr="00620E50" w14:paraId="359A62D7" w14:textId="77777777">
        <w:trPr>
          <w:jc w:val="center"/>
        </w:trPr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A0DAC0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Calcio a 5 Integrato Misto</w:t>
            </w:r>
          </w:p>
        </w:tc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F4E24D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Danza Sportiva</w:t>
            </w:r>
          </w:p>
        </w:tc>
      </w:tr>
      <w:tr w:rsidR="00831F03" w:rsidRPr="00620E50" w14:paraId="639B67BD" w14:textId="77777777">
        <w:trPr>
          <w:jc w:val="center"/>
        </w:trPr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CE94CA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Karate</w:t>
            </w:r>
          </w:p>
        </w:tc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2EFC8C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Nuoto</w:t>
            </w:r>
          </w:p>
        </w:tc>
      </w:tr>
      <w:tr w:rsidR="00831F03" w:rsidRPr="00141A5D" w14:paraId="79506A27" w14:textId="77777777">
        <w:trPr>
          <w:jc w:val="center"/>
        </w:trPr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E7B88B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Orientamento (Corsa)</w:t>
            </w:r>
          </w:p>
        </w:tc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9F8223" w14:textId="77777777" w:rsidR="00831F03" w:rsidRPr="00620E50" w:rsidRDefault="00514560">
            <w:pPr>
              <w:spacing w:after="0"/>
              <w:rPr>
                <w:color w:val="000000" w:themeColor="text1"/>
                <w:lang w:val="it-IT"/>
              </w:rPr>
            </w:pPr>
            <w:proofErr w:type="gramStart"/>
            <w:r w:rsidRPr="00620E50">
              <w:rPr>
                <w:rFonts w:ascii="Arial" w:hAnsi="Arial"/>
                <w:color w:val="000000" w:themeColor="text1"/>
                <w:sz w:val="17"/>
                <w:lang w:val="it-IT"/>
              </w:rPr>
              <w:t>[  ]</w:t>
            </w:r>
            <w:proofErr w:type="gramEnd"/>
            <w:r w:rsidRPr="00620E50">
              <w:rPr>
                <w:rFonts w:ascii="Arial" w:hAnsi="Arial"/>
                <w:color w:val="000000" w:themeColor="text1"/>
                <w:sz w:val="17"/>
                <w:lang w:val="it-IT"/>
              </w:rPr>
              <w:t xml:space="preserve"> Orientamento di Precisione / Trail-O</w:t>
            </w:r>
          </w:p>
        </w:tc>
      </w:tr>
      <w:tr w:rsidR="00831F03" w:rsidRPr="00620E50" w14:paraId="3731581E" w14:textId="77777777">
        <w:trPr>
          <w:jc w:val="center"/>
        </w:trPr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055A86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proofErr w:type="gramStart"/>
            <w:r w:rsidRPr="00620E50">
              <w:rPr>
                <w:rFonts w:ascii="Arial" w:hAnsi="Arial"/>
                <w:color w:val="000000" w:themeColor="text1"/>
                <w:sz w:val="17"/>
              </w:rPr>
              <w:t>[  ]</w:t>
            </w:r>
            <w:proofErr w:type="gramEnd"/>
            <w:r w:rsidRPr="00620E50">
              <w:rPr>
                <w:rFonts w:ascii="Arial" w:hAnsi="Arial"/>
                <w:color w:val="000000" w:themeColor="text1"/>
                <w:sz w:val="17"/>
              </w:rPr>
              <w:t xml:space="preserve"> Padel</w:t>
            </w:r>
          </w:p>
        </w:tc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6E7FFF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Pallacanestro</w:t>
            </w:r>
          </w:p>
        </w:tc>
      </w:tr>
      <w:tr w:rsidR="00831F03" w:rsidRPr="00620E50" w14:paraId="4CADC049" w14:textId="77777777">
        <w:trPr>
          <w:jc w:val="center"/>
        </w:trPr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0E41C0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Pallavolo</w:t>
            </w:r>
          </w:p>
        </w:tc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FD4E32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Pallavolo Integrata Mista</w:t>
            </w:r>
          </w:p>
        </w:tc>
      </w:tr>
      <w:tr w:rsidR="00831F03" w:rsidRPr="00620E50" w14:paraId="0F5844FD" w14:textId="77777777">
        <w:trPr>
          <w:jc w:val="center"/>
        </w:trPr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B68E8E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Pickleball</w:t>
            </w:r>
          </w:p>
        </w:tc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87B5DA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Tennis</w:t>
            </w:r>
          </w:p>
        </w:tc>
      </w:tr>
      <w:tr w:rsidR="00831F03" w:rsidRPr="00620E50" w14:paraId="10DC3EF1" w14:textId="77777777">
        <w:trPr>
          <w:jc w:val="center"/>
        </w:trPr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5B5AC0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Tennistavolo</w:t>
            </w:r>
          </w:p>
        </w:tc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B56478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Tiro a Volo</w:t>
            </w:r>
          </w:p>
        </w:tc>
      </w:tr>
      <w:tr w:rsidR="00831F03" w:rsidRPr="00620E50" w14:paraId="147080E5" w14:textId="77777777">
        <w:trPr>
          <w:jc w:val="center"/>
        </w:trPr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675407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r w:rsidRPr="00620E50">
              <w:rPr>
                <w:rFonts w:ascii="Arial" w:hAnsi="Arial"/>
                <w:color w:val="000000" w:themeColor="text1"/>
                <w:sz w:val="17"/>
              </w:rPr>
              <w:t>[  ] Tiro con l'Arco</w:t>
            </w:r>
          </w:p>
        </w:tc>
        <w:tc>
          <w:tcPr>
            <w:tcW w:w="4896" w:type="dxa"/>
            <w:tcBorders>
              <w:top w:val="single" w:sz="4" w:space="0" w:color="E2E8F0"/>
              <w:left w:val="single" w:sz="4" w:space="0" w:color="E2E8F0"/>
              <w:bottom w:val="single" w:sz="4" w:space="0" w:color="E2E8F0"/>
              <w:right w:val="single" w:sz="4" w:space="0" w:color="E2E8F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0F7E63" w14:textId="77777777" w:rsidR="00831F03" w:rsidRPr="00620E50" w:rsidRDefault="00831F03">
            <w:pPr>
              <w:rPr>
                <w:color w:val="000000" w:themeColor="text1"/>
              </w:rPr>
            </w:pPr>
          </w:p>
        </w:tc>
      </w:tr>
    </w:tbl>
    <w:p w14:paraId="3B0D9E5E" w14:textId="77777777" w:rsidR="00831F03" w:rsidRPr="00620E50" w:rsidRDefault="00514560">
      <w:pPr>
        <w:spacing w:before="80" w:after="160"/>
        <w:rPr>
          <w:color w:val="000000" w:themeColor="text1"/>
          <w:lang w:val="it-IT"/>
        </w:rPr>
      </w:pPr>
      <w:r w:rsidRPr="00620E50">
        <w:rPr>
          <w:rFonts w:ascii="Arial" w:hAnsi="Arial"/>
          <w:b/>
          <w:i/>
          <w:color w:val="000000" w:themeColor="text1"/>
          <w:sz w:val="17"/>
          <w:lang w:val="it-IT"/>
        </w:rPr>
        <w:t>N.B. L'effettiva attivazione e lo svolgimento delle singole discipline/specialità sopra elencate saranno subordinati al numero di adesioni pervenute.</w:t>
      </w:r>
    </w:p>
    <w:p w14:paraId="14815970" w14:textId="77777777" w:rsidR="00831F03" w:rsidRPr="00620E50" w:rsidRDefault="00514560">
      <w:pPr>
        <w:spacing w:after="40"/>
        <w:rPr>
          <w:color w:val="000000" w:themeColor="text1"/>
          <w:lang w:val="it-IT"/>
        </w:rPr>
      </w:pPr>
      <w:r w:rsidRPr="00620E50">
        <w:rPr>
          <w:rFonts w:ascii="Arial" w:hAnsi="Arial"/>
          <w:b/>
          <w:color w:val="000000" w:themeColor="text1"/>
          <w:sz w:val="20"/>
          <w:lang w:val="it-IT"/>
        </w:rPr>
        <w:t>3. APPARTENENZA A FEDERAZIONI SPORTIVE</w:t>
      </w:r>
    </w:p>
    <w:p w14:paraId="4150D6A2" w14:textId="77777777" w:rsidR="00831F03" w:rsidRPr="00620E50" w:rsidRDefault="00514560">
      <w:pPr>
        <w:spacing w:after="40"/>
        <w:rPr>
          <w:color w:val="000000" w:themeColor="text1"/>
          <w:lang w:val="it-IT"/>
        </w:rPr>
      </w:pPr>
      <w:r w:rsidRPr="00620E50">
        <w:rPr>
          <w:rFonts w:ascii="Arial" w:hAnsi="Arial"/>
          <w:color w:val="000000" w:themeColor="text1"/>
          <w:sz w:val="18"/>
          <w:lang w:val="it-IT"/>
        </w:rPr>
        <w:t>L'alunno/a è attualmente tesserato/a presso una Federazione Sportiva / Società Sportiva?</w:t>
      </w:r>
    </w:p>
    <w:p w14:paraId="0E8B003A" w14:textId="4EEF11BC" w:rsidR="00831F03" w:rsidRPr="00620E50" w:rsidRDefault="00514560" w:rsidP="00B26BF2">
      <w:pPr>
        <w:spacing w:after="160"/>
        <w:rPr>
          <w:color w:val="000000" w:themeColor="text1"/>
          <w:lang w:val="it-IT"/>
        </w:rPr>
      </w:pPr>
      <w:r w:rsidRPr="00620E50">
        <w:rPr>
          <w:rFonts w:ascii="Arial" w:hAnsi="Arial"/>
          <w:color w:val="000000" w:themeColor="text1"/>
          <w:sz w:val="18"/>
          <w:lang w:val="it-IT"/>
        </w:rPr>
        <w:t xml:space="preserve">   </w:t>
      </w:r>
      <w:proofErr w:type="gramStart"/>
      <w:r w:rsidRPr="00620E50">
        <w:rPr>
          <w:rFonts w:ascii="Arial" w:hAnsi="Arial"/>
          <w:color w:val="000000" w:themeColor="text1"/>
          <w:sz w:val="18"/>
          <w:lang w:val="it-IT"/>
        </w:rPr>
        <w:t>[  ]</w:t>
      </w:r>
      <w:proofErr w:type="gramEnd"/>
      <w:r w:rsidRPr="00620E50">
        <w:rPr>
          <w:rFonts w:ascii="Arial" w:hAnsi="Arial"/>
          <w:color w:val="000000" w:themeColor="text1"/>
          <w:sz w:val="18"/>
          <w:lang w:val="it-IT"/>
        </w:rPr>
        <w:t xml:space="preserve"> NO         [  ] SÌ  —  Se SÌ, specificare la Federazione / Società: _________________________________</w:t>
      </w:r>
    </w:p>
    <w:p w14:paraId="373E617A" w14:textId="77777777" w:rsidR="00B26BF2" w:rsidRPr="00620E50" w:rsidRDefault="00B26BF2" w:rsidP="00B26BF2">
      <w:pPr>
        <w:spacing w:after="160"/>
        <w:rPr>
          <w:color w:val="000000" w:themeColor="text1"/>
          <w:lang w:val="it-IT"/>
        </w:rPr>
      </w:pPr>
    </w:p>
    <w:p w14:paraId="059461ED" w14:textId="6AA85D72" w:rsidR="00831F03" w:rsidRPr="00620E50" w:rsidRDefault="00B26BF2">
      <w:pPr>
        <w:spacing w:after="40"/>
        <w:rPr>
          <w:color w:val="000000" w:themeColor="text1"/>
          <w:lang w:val="it-IT"/>
        </w:rPr>
      </w:pPr>
      <w:r w:rsidRPr="00620E50">
        <w:rPr>
          <w:rFonts w:ascii="Arial" w:hAnsi="Arial"/>
          <w:b/>
          <w:color w:val="000000" w:themeColor="text1"/>
          <w:sz w:val="20"/>
          <w:lang w:val="it-IT"/>
        </w:rPr>
        <w:t>4. LIBERATORIA E AUTORIZZAZIONE ALL'USO DELLE IMMAGINI (FOTO E VIDEO)</w:t>
      </w:r>
    </w:p>
    <w:p w14:paraId="287D850F" w14:textId="77777777" w:rsidR="00831F03" w:rsidRPr="00620E50" w:rsidRDefault="00514560" w:rsidP="00514560">
      <w:pPr>
        <w:spacing w:after="80" w:line="264" w:lineRule="auto"/>
        <w:jc w:val="both"/>
        <w:rPr>
          <w:color w:val="000000" w:themeColor="text1"/>
          <w:lang w:val="it-IT"/>
        </w:rPr>
      </w:pPr>
      <w:r w:rsidRPr="00620E50">
        <w:rPr>
          <w:rFonts w:ascii="Arial" w:hAnsi="Arial"/>
          <w:color w:val="000000" w:themeColor="text1"/>
          <w:sz w:val="16"/>
          <w:lang w:val="it-IT"/>
        </w:rPr>
        <w:t>Il/La sottoscritto/a, in qualità di genitore/tutore legale dell'alunno/a (o lo/la studente/</w:t>
      </w:r>
      <w:proofErr w:type="spellStart"/>
      <w:r w:rsidRPr="00620E50">
        <w:rPr>
          <w:rFonts w:ascii="Arial" w:hAnsi="Arial"/>
          <w:color w:val="000000" w:themeColor="text1"/>
          <w:sz w:val="16"/>
          <w:lang w:val="it-IT"/>
        </w:rPr>
        <w:t>ssa</w:t>
      </w:r>
      <w:proofErr w:type="spellEnd"/>
      <w:r w:rsidRPr="00620E50">
        <w:rPr>
          <w:rFonts w:ascii="Arial" w:hAnsi="Arial"/>
          <w:color w:val="000000" w:themeColor="text1"/>
          <w:sz w:val="16"/>
          <w:lang w:val="it-IT"/>
        </w:rPr>
        <w:t xml:space="preserve"> se maggiorenne), AUTORIZZA l'Istituto Scolastico all'effettuazione e all'utilizzo di fotografie, riprese audio/video o altre immagini realizzate nell'ambito delle attività legate ai “Giochi della Gioventù”. Tale materiale potrà essere pubblicato sul sito istituzionale dell'Istituto, sui canali social ufficiali o su materiale informativo scolastico esclusivamente per finalità didattiche e promozionali delle attività dell'Istituto, a titolo gratuito.</w:t>
      </w:r>
    </w:p>
    <w:p w14:paraId="7266609F" w14:textId="77777777" w:rsidR="00831F03" w:rsidRPr="00620E50" w:rsidRDefault="00514560">
      <w:pPr>
        <w:spacing w:after="240"/>
        <w:rPr>
          <w:color w:val="000000" w:themeColor="text1"/>
          <w:lang w:val="it-IT"/>
        </w:rPr>
      </w:pPr>
      <w:r w:rsidRPr="00620E50">
        <w:rPr>
          <w:rFonts w:ascii="Arial" w:hAnsi="Arial"/>
          <w:b/>
          <w:color w:val="000000" w:themeColor="text1"/>
          <w:sz w:val="18"/>
          <w:lang w:val="it-IT"/>
        </w:rPr>
        <w:t xml:space="preserve">   </w:t>
      </w:r>
      <w:proofErr w:type="gramStart"/>
      <w:r w:rsidRPr="00620E50">
        <w:rPr>
          <w:rFonts w:ascii="Arial" w:hAnsi="Arial"/>
          <w:b/>
          <w:color w:val="000000" w:themeColor="text1"/>
          <w:sz w:val="18"/>
          <w:lang w:val="it-IT"/>
        </w:rPr>
        <w:t>[  ]</w:t>
      </w:r>
      <w:proofErr w:type="gramEnd"/>
      <w:r w:rsidRPr="00620E50">
        <w:rPr>
          <w:rFonts w:ascii="Arial" w:hAnsi="Arial"/>
          <w:b/>
          <w:color w:val="000000" w:themeColor="text1"/>
          <w:sz w:val="18"/>
          <w:lang w:val="it-IT"/>
        </w:rPr>
        <w:t xml:space="preserve"> AUTORIZZA                         [  ] NON AUTORIZZA</w:t>
      </w:r>
    </w:p>
    <w:p w14:paraId="5C959B3C" w14:textId="77777777" w:rsidR="00831F03" w:rsidRPr="00620E50" w:rsidRDefault="00514560">
      <w:pPr>
        <w:spacing w:after="240"/>
        <w:rPr>
          <w:color w:val="000000" w:themeColor="text1"/>
          <w:lang w:val="it-IT"/>
        </w:rPr>
      </w:pPr>
      <w:r w:rsidRPr="00620E50">
        <w:rPr>
          <w:rFonts w:ascii="Arial" w:hAnsi="Arial"/>
          <w:color w:val="000000" w:themeColor="text1"/>
          <w:sz w:val="18"/>
          <w:lang w:val="it-IT"/>
        </w:rPr>
        <w:t>Data: ____/____/________                     Luogo: 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831F03" w:rsidRPr="00514560" w14:paraId="302EBE67" w14:textId="77777777">
        <w:trPr>
          <w:jc w:val="center"/>
        </w:trPr>
        <w:tc>
          <w:tcPr>
            <w:tcW w:w="4896" w:type="dxa"/>
          </w:tcPr>
          <w:p w14:paraId="72714727" w14:textId="77777777" w:rsidR="00831F03" w:rsidRPr="00620E50" w:rsidRDefault="00514560">
            <w:pPr>
              <w:spacing w:after="0"/>
              <w:rPr>
                <w:color w:val="000000" w:themeColor="text1"/>
              </w:rPr>
            </w:pPr>
            <w:proofErr w:type="spellStart"/>
            <w:r w:rsidRPr="00620E50">
              <w:rPr>
                <w:rFonts w:ascii="Arial" w:hAnsi="Arial"/>
                <w:color w:val="000000" w:themeColor="text1"/>
                <w:sz w:val="18"/>
              </w:rPr>
              <w:t>Firma</w:t>
            </w:r>
            <w:proofErr w:type="spellEnd"/>
            <w:r w:rsidRPr="00620E50">
              <w:rPr>
                <w:rFonts w:ascii="Arial" w:hAnsi="Arial"/>
                <w:color w:val="000000" w:themeColor="text1"/>
                <w:sz w:val="18"/>
              </w:rPr>
              <w:t xml:space="preserve"> </w:t>
            </w:r>
            <w:proofErr w:type="spellStart"/>
            <w:r w:rsidRPr="00620E50">
              <w:rPr>
                <w:rFonts w:ascii="Arial" w:hAnsi="Arial"/>
                <w:color w:val="000000" w:themeColor="text1"/>
                <w:sz w:val="18"/>
              </w:rPr>
              <w:t>dello</w:t>
            </w:r>
            <w:proofErr w:type="spellEnd"/>
            <w:r w:rsidRPr="00620E50">
              <w:rPr>
                <w:rFonts w:ascii="Arial" w:hAnsi="Arial"/>
                <w:color w:val="000000" w:themeColor="text1"/>
                <w:sz w:val="18"/>
              </w:rPr>
              <w:t xml:space="preserve"> </w:t>
            </w:r>
            <w:proofErr w:type="spellStart"/>
            <w:r w:rsidRPr="00620E50">
              <w:rPr>
                <w:rFonts w:ascii="Arial" w:hAnsi="Arial"/>
                <w:color w:val="000000" w:themeColor="text1"/>
                <w:sz w:val="18"/>
              </w:rPr>
              <w:t>Studente</w:t>
            </w:r>
            <w:proofErr w:type="spellEnd"/>
            <w:r w:rsidRPr="00620E50">
              <w:rPr>
                <w:rFonts w:ascii="Arial" w:hAnsi="Arial"/>
                <w:color w:val="000000" w:themeColor="text1"/>
                <w:sz w:val="18"/>
              </w:rPr>
              <w:t xml:space="preserve"> / Studentesse</w:t>
            </w:r>
            <w:r w:rsidRPr="00620E50">
              <w:rPr>
                <w:rFonts w:ascii="Arial" w:hAnsi="Arial"/>
                <w:color w:val="000000" w:themeColor="text1"/>
                <w:sz w:val="18"/>
              </w:rPr>
              <w:br/>
            </w:r>
            <w:r w:rsidRPr="00620E50">
              <w:rPr>
                <w:rFonts w:ascii="Arial" w:hAnsi="Arial"/>
                <w:color w:val="000000" w:themeColor="text1"/>
                <w:sz w:val="18"/>
              </w:rPr>
              <w:br/>
              <w:t>____________________________________</w:t>
            </w:r>
          </w:p>
        </w:tc>
        <w:tc>
          <w:tcPr>
            <w:tcW w:w="4896" w:type="dxa"/>
          </w:tcPr>
          <w:p w14:paraId="7EC394C1" w14:textId="77777777" w:rsidR="00831F03" w:rsidRPr="00620E50" w:rsidRDefault="00514560">
            <w:pPr>
              <w:spacing w:after="0"/>
              <w:rPr>
                <w:color w:val="000000" w:themeColor="text1"/>
                <w:lang w:val="it-IT"/>
              </w:rPr>
            </w:pPr>
            <w:r w:rsidRPr="00620E50">
              <w:rPr>
                <w:rFonts w:ascii="Arial" w:hAnsi="Arial"/>
                <w:color w:val="000000" w:themeColor="text1"/>
                <w:sz w:val="18"/>
                <w:lang w:val="it-IT"/>
              </w:rPr>
              <w:t>Firma del Genitore / Tutore Legale*</w:t>
            </w:r>
            <w:r w:rsidRPr="00620E50">
              <w:rPr>
                <w:rFonts w:ascii="Arial" w:hAnsi="Arial"/>
                <w:color w:val="000000" w:themeColor="text1"/>
                <w:sz w:val="18"/>
                <w:lang w:val="it-IT"/>
              </w:rPr>
              <w:br/>
            </w:r>
            <w:r w:rsidRPr="00620E50">
              <w:rPr>
                <w:rFonts w:ascii="Arial" w:hAnsi="Arial"/>
                <w:color w:val="000000" w:themeColor="text1"/>
                <w:sz w:val="18"/>
                <w:lang w:val="it-IT"/>
              </w:rPr>
              <w:br/>
              <w:t>____________________________________</w:t>
            </w:r>
          </w:p>
        </w:tc>
      </w:tr>
    </w:tbl>
    <w:p w14:paraId="0C4B4CDD" w14:textId="77777777" w:rsidR="00831F03" w:rsidRPr="00B26BF2" w:rsidRDefault="00514560">
      <w:pPr>
        <w:spacing w:before="80"/>
        <w:rPr>
          <w:lang w:val="it-IT"/>
        </w:rPr>
      </w:pPr>
      <w:r w:rsidRPr="00620E50">
        <w:rPr>
          <w:rFonts w:ascii="Arial" w:hAnsi="Arial"/>
          <w:i/>
          <w:color w:val="000000" w:themeColor="text1"/>
          <w:sz w:val="16"/>
          <w:lang w:val="it-IT"/>
        </w:rPr>
        <w:t>* La firma del genitore/tutore è obbligatoria per tutti gli studenti</w:t>
      </w:r>
      <w:r w:rsidRPr="00B26BF2">
        <w:rPr>
          <w:rFonts w:ascii="Arial" w:hAnsi="Arial"/>
          <w:i/>
          <w:color w:val="718096"/>
          <w:sz w:val="16"/>
          <w:lang w:val="it-IT"/>
        </w:rPr>
        <w:t xml:space="preserve"> minorenni.</w:t>
      </w:r>
    </w:p>
    <w:sectPr w:rsidR="00831F03" w:rsidRPr="00B26BF2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1A5D"/>
    <w:rsid w:val="0015074B"/>
    <w:rsid w:val="001E47F3"/>
    <w:rsid w:val="00211F38"/>
    <w:rsid w:val="0029639D"/>
    <w:rsid w:val="00326F90"/>
    <w:rsid w:val="00514560"/>
    <w:rsid w:val="00620E50"/>
    <w:rsid w:val="006C6E33"/>
    <w:rsid w:val="00831F03"/>
    <w:rsid w:val="00AA1D8D"/>
    <w:rsid w:val="00B26BF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48409E"/>
  <w14:defaultImageDpi w14:val="300"/>
  <w15:docId w15:val="{7CD5354A-84A6-42D7-A828-F7AB581F9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2026-10-29T10:27:00Z</dcterms:created>
  <dcterms:modified xsi:type="dcterms:W3CDTF">2026-10-29T10:27:00Z</dcterms:modified>
  <cp:category/>
</cp:coreProperties>
</file>